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color w:val="17324D"/>
          <w:sz w:val="36"/>
        </w:rPr>
        <w:t>SURAT PERMOHONAN BANTUAN KECEMASAN</w:t>
      </w:r>
    </w:p>
    <w:p>
      <w:pPr>
        <w:spacing w:after="200"/>
        <w:jc w:val="center"/>
      </w:pPr>
      <w:r>
        <w:rPr>
          <w:rFonts w:ascii="Arial" w:hAnsi="Arial"/>
          <w:i/>
          <w:color w:val="5B6573"/>
          <w:sz w:val="19"/>
        </w:rPr>
        <w:t>Untuk dikemukakan kepada Pusat Khidmat Ahli Parlimen atau Ahli Dewan Negeri</w:t>
      </w:r>
    </w:p>
    <w:tbl>
      <w:tblPr>
        <w:tblW w:type="auto" w:w="0"/>
        <w:jc w:val="center"/>
        <w:tblLayout w:type="fixed"/>
        <w:tblLook w:firstColumn="1" w:firstRow="1" w:lastColumn="0" w:lastRow="0" w:noHBand="0" w:noVBand="1" w:val="04A0"/>
      </w:tblPr>
      <w:tblGrid>
        <w:gridCol w:w="2232"/>
        <w:gridCol w:w="7272"/>
      </w:tblGrid>
      <w:tr>
        <w:trPr>
          <w:trHeight w:val="403"/>
        </w:trPr>
        <w:tc>
          <w:tcPr>
            <w:tcW w:type="dxa" w:w="4824"/>
            <w:tcMar>
              <w:top w:w="80" w:type="dxa"/>
              <w:start w:w="120" w:type="dxa"/>
              <w:bottom w:w="80" w:type="dxa"/>
              <w:end w:w="120" w:type="dxa"/>
            </w:tcMar>
            <w:vAlign w:val="center"/>
            <w:shd w:fill="E8F3F1"/>
          </w:tcPr>
          <w:p>
            <w:r>
              <w:rPr>
                <w:b/>
              </w:rPr>
              <w:t>Nama Pemohon</w:t>
            </w:r>
          </w:p>
        </w:tc>
        <w:tc>
          <w:tcPr>
            <w:tcW w:type="dxa" w:w="4824"/>
            <w:tcMar>
              <w:top w:w="80" w:type="dxa"/>
              <w:start w:w="120" w:type="dxa"/>
              <w:bottom w:w="80" w:type="dxa"/>
              <w:end w:w="120" w:type="dxa"/>
            </w:tcMar>
            <w:vAlign w:val="center"/>
          </w:tcPr>
          <w:p>
            <w:r>
              <w:t>[NAMA PENUH]</w:t>
            </w:r>
          </w:p>
        </w:tc>
      </w:tr>
      <w:tr>
        <w:trPr>
          <w:trHeight w:val="403"/>
        </w:trPr>
        <w:tc>
          <w:tcPr>
            <w:tcW w:type="dxa" w:w="4824"/>
            <w:tcMar>
              <w:top w:w="80" w:type="dxa"/>
              <w:start w:w="120" w:type="dxa"/>
              <w:bottom w:w="80" w:type="dxa"/>
              <w:end w:w="120" w:type="dxa"/>
            </w:tcMar>
            <w:vAlign w:val="center"/>
            <w:shd w:fill="E8F3F1"/>
          </w:tcPr>
          <w:p>
            <w:r>
              <w:rPr>
                <w:b/>
              </w:rPr>
              <w:t>No. Kad Pengenalan</w:t>
            </w:r>
          </w:p>
        </w:tc>
        <w:tc>
          <w:tcPr>
            <w:tcW w:type="dxa" w:w="4824"/>
            <w:tcMar>
              <w:top w:w="80" w:type="dxa"/>
              <w:start w:w="120" w:type="dxa"/>
              <w:bottom w:w="80" w:type="dxa"/>
              <w:end w:w="120" w:type="dxa"/>
            </w:tcMar>
            <w:vAlign w:val="center"/>
          </w:tcPr>
          <w:p>
            <w:r>
              <w:t>[NO. KAD PENGENALAN]</w:t>
            </w:r>
          </w:p>
        </w:tc>
      </w:tr>
      <w:tr>
        <w:trPr>
          <w:trHeight w:val="403"/>
        </w:trPr>
        <w:tc>
          <w:tcPr>
            <w:tcW w:type="dxa" w:w="4824"/>
            <w:tcMar>
              <w:top w:w="80" w:type="dxa"/>
              <w:start w:w="120" w:type="dxa"/>
              <w:bottom w:w="80" w:type="dxa"/>
              <w:end w:w="120" w:type="dxa"/>
            </w:tcMar>
            <w:vAlign w:val="center"/>
            <w:shd w:fill="E8F3F1"/>
          </w:tcPr>
          <w:p>
            <w:r>
              <w:rPr>
                <w:b/>
              </w:rPr>
              <w:t>Alamat</w:t>
            </w:r>
          </w:p>
        </w:tc>
        <w:tc>
          <w:tcPr>
            <w:tcW w:type="dxa" w:w="4824"/>
            <w:tcMar>
              <w:top w:w="80" w:type="dxa"/>
              <w:start w:w="120" w:type="dxa"/>
              <w:bottom w:w="80" w:type="dxa"/>
              <w:end w:w="120" w:type="dxa"/>
            </w:tcMar>
            <w:vAlign w:val="center"/>
          </w:tcPr>
          <w:p>
            <w:r>
              <w:t>[ALAMAT PENUH]</w:t>
            </w:r>
          </w:p>
        </w:tc>
      </w:tr>
      <w:tr>
        <w:trPr>
          <w:trHeight w:val="403"/>
        </w:trPr>
        <w:tc>
          <w:tcPr>
            <w:tcW w:type="dxa" w:w="4824"/>
            <w:tcMar>
              <w:top w:w="80" w:type="dxa"/>
              <w:start w:w="120" w:type="dxa"/>
              <w:bottom w:w="80" w:type="dxa"/>
              <w:end w:w="120" w:type="dxa"/>
            </w:tcMar>
            <w:vAlign w:val="center"/>
            <w:shd w:fill="E8F3F1"/>
          </w:tcPr>
          <w:p>
            <w:r>
              <w:rPr>
                <w:b/>
              </w:rPr>
              <w:t>No. Telefon</w:t>
            </w:r>
          </w:p>
        </w:tc>
        <w:tc>
          <w:tcPr>
            <w:tcW w:type="dxa" w:w="4824"/>
            <w:tcMar>
              <w:top w:w="80" w:type="dxa"/>
              <w:start w:w="120" w:type="dxa"/>
              <w:bottom w:w="80" w:type="dxa"/>
              <w:end w:w="120" w:type="dxa"/>
            </w:tcMar>
            <w:vAlign w:val="center"/>
          </w:tcPr>
          <w:p>
            <w:r>
              <w:t>[NO. TELEFON]</w:t>
            </w:r>
          </w:p>
        </w:tc>
      </w:tr>
      <w:tr>
        <w:trPr>
          <w:trHeight w:val="403"/>
        </w:trPr>
        <w:tc>
          <w:tcPr>
            <w:tcW w:type="dxa" w:w="4824"/>
            <w:tcMar>
              <w:top w:w="80" w:type="dxa"/>
              <w:start w:w="120" w:type="dxa"/>
              <w:bottom w:w="80" w:type="dxa"/>
              <w:end w:w="120" w:type="dxa"/>
            </w:tcMar>
            <w:vAlign w:val="center"/>
            <w:shd w:fill="E8F3F1"/>
          </w:tcPr>
          <w:p>
            <w:r>
              <w:rPr>
                <w:b/>
              </w:rPr>
              <w:t>Tarikh</w:t>
            </w:r>
          </w:p>
        </w:tc>
        <w:tc>
          <w:tcPr>
            <w:tcW w:type="dxa" w:w="4824"/>
            <w:tcMar>
              <w:top w:w="80" w:type="dxa"/>
              <w:start w:w="120" w:type="dxa"/>
              <w:bottom w:w="80" w:type="dxa"/>
              <w:end w:w="120" w:type="dxa"/>
            </w:tcMar>
            <w:vAlign w:val="center"/>
          </w:tcPr>
          <w:p>
            <w:r>
              <w:t>[TARIKH]</w:t>
            </w:r>
          </w:p>
        </w:tc>
      </w:tr>
    </w:tbl>
    <w:p/>
    <w:p>
      <w:pPr>
        <w:spacing w:before="0"/>
      </w:pPr>
      <w:r>
        <w:rPr>
          <w:b/>
        </w:rPr>
        <w:t>Kepada:</w:t>
      </w:r>
    </w:p>
    <w:p>
      <w:pPr>
        <w:spacing w:after="160"/>
      </w:pPr>
      <w:r>
        <w:t>YB [NAMA AHLI PARLIMEN / AHLI DEWAN NEGERI]</w:t>
        <w:br/>
        <w:t>Pusat Khidmat [NAMA KAWASAN]</w:t>
        <w:br/>
        <w:t>[ALAMAT PUSAT KHIDMAT]</w:t>
      </w:r>
    </w:p>
    <w:p>
      <w:r>
        <w:rPr>
          <w:b/>
        </w:rPr>
        <w:t>Tuan/Puan,</w:t>
      </w:r>
    </w:p>
    <w:p>
      <w:pPr>
        <w:spacing w:before="80" w:after="140"/>
      </w:pPr>
      <w:r>
        <w:rPr>
          <w:b/>
          <w:color w:val="0F766E"/>
        </w:rPr>
        <w:t>PERMOHONAN BANTUAN KEWANGAN KECEMASAN SELEPAS KEMATIAN SUAMI</w:t>
      </w:r>
    </w:p>
    <w:p>
      <w:pPr>
        <w:ind w:firstLine="0"/>
        <w:jc w:val="both"/>
      </w:pPr>
      <w:r>
        <w:t>Dengan hormatnya saya merujuk kepada perkara di atas.</w:t>
      </w:r>
    </w:p>
    <w:p>
      <w:pPr>
        <w:ind w:firstLine="0"/>
        <w:jc w:val="both"/>
      </w:pPr>
      <w:r>
        <w:t>2. Saya, [NAMA PENUH], merupakan seorang penduduk di [ALAMAT / NAMA TAMAN ATAU KAMPUNG] dalam kawasan [NAMA PARLIMEN / DUN]. Suami saya, [NAMA SUAMI], telah meninggal dunia pada [TARIKH KEMATIAN] akibat [NYATAKAN SECARA RINGKAS JIKA SESUAI]. Sejak kematian beliau, pendapatan isi rumah kami telah berkurang daripada kira-kira RM[JUMLAH SEBELUM] kepada RM[JUMLAH SEKARANG] sebulan.</w:t>
      </w:r>
    </w:p>
    <w:p>
      <w:pPr>
        <w:ind w:firstLine="0"/>
        <w:jc w:val="both"/>
      </w:pPr>
      <w:r>
        <w:t>3. Saya kini menjaga [BILANGAN] orang anak. Anak-anak saya berumur [UMUR] dan sedang belajar di [NAMA SEKOLAH / TAHUN ATAU TINGKATAN]. Perbelanjaan penting keluarga kami termasuk [CONTOH: SEWA / ANSURAN RUMAH, MAKANAN, UTILITI, PENGANGKUTAN DAN KEPERLUAN SEKOLAH]. Pada masa ini, saya menghadapi kekurangan sebanyak kira-kira RM[JUMLAH] untuk membayar [NYATAKAN BIL ATAU KEPERLUAN YANG PALING MENDESAK] sebelum [TARIKH AKHIR].</w:t>
      </w:r>
    </w:p>
    <w:p>
      <w:pPr>
        <w:ind w:firstLine="0"/>
        <w:jc w:val="both"/>
      </w:pPr>
      <w:r>
        <w:t>4. Sehubungan itu, saya memohon pertimbangan pihak YB untuk memberikan bantuan kewangan kecemasan, bakul makanan, atau apa-apa bentuk bantuan dan rujukan yang bersesuaian bagi membantu keluarga saya melalui tempoh ini. Sekiranya bantuan tunai tidak tersedia, saya amat menghargai surat sokongan atau rujukan kepada Jabatan Kebajikan Masyarakat, agensi kerajaan negeri, sekolah atau pertubuhan kebajikan yang berkaitan.</w:t>
      </w:r>
    </w:p>
    <w:p>
      <w:pPr>
        <w:ind w:firstLine="0"/>
        <w:jc w:val="both"/>
      </w:pPr>
      <w:r>
        <w:t>5. Bersama-sama surat ini saya lampirkan dokumen sokongan yang tersedia untuk semakan pihak YB. Saya bersedia memberikan maklumat tambahan atau menghadiri sesi temuduga sekiranya diperlukan.</w:t>
      </w:r>
    </w:p>
    <w:p>
      <w:pPr>
        <w:ind w:firstLine="0"/>
        <w:jc w:val="both"/>
      </w:pPr>
      <w:r>
        <w:t>Kerjasama dan pertimbangan pihak YB amat saya hargai. Terima kasih.</w:t>
      </w:r>
    </w:p>
    <w:p>
      <w:pPr>
        <w:spacing w:before="80"/>
      </w:pPr>
      <w:r>
        <w:t>Yang benar,</w:t>
      </w:r>
    </w:p>
    <w:p>
      <w:r>
        <w:t>[TANDATANGAN]</w:t>
        <w:br/>
        <w:t>[NAMA PENUH]</w:t>
        <w:br/>
        <w:t>No. Telefon: [NO. TELEFON]</w:t>
      </w:r>
    </w:p>
    <w:p>
      <w:r>
        <w:br w:type="page"/>
      </w:r>
    </w:p>
    <w:p>
      <w:pPr>
        <w:pStyle w:val="Heading1"/>
      </w:pPr>
      <w:r>
        <w:t>SENARAI SEMAK LAMPIRAN</w:t>
      </w:r>
    </w:p>
    <w:p>
      <w:r>
        <w:t>Lampirkan dokumen yang ada. Hubungi pusat khidmat terlebih dahulu kerana setiap pusat mungkin mempunyai syarat yang berbeza.</w:t>
      </w:r>
    </w:p>
    <w:p>
      <w:pPr>
        <w:pStyle w:val="ListBullet"/>
      </w:pPr>
      <w:r>
        <w:t>☐ Salinan kad pengenalan pemohon</w:t>
      </w:r>
    </w:p>
    <w:p>
      <w:pPr>
        <w:pStyle w:val="ListBullet"/>
      </w:pPr>
      <w:r>
        <w:t>☐ Salinan sijil kematian suami yang dikeluarkan JPN</w:t>
      </w:r>
    </w:p>
    <w:p>
      <w:pPr>
        <w:pStyle w:val="ListBullet"/>
      </w:pPr>
      <w:r>
        <w:t>☐ Salinan sijil perkahwinan</w:t>
      </w:r>
    </w:p>
    <w:p>
      <w:pPr>
        <w:pStyle w:val="ListBullet"/>
      </w:pPr>
      <w:r>
        <w:t>☐ Salinan MyKid / kad pengenalan / sijil kelahiran anak</w:t>
      </w:r>
    </w:p>
    <w:p>
      <w:pPr>
        <w:pStyle w:val="ListBullet"/>
      </w:pPr>
      <w:r>
        <w:t>☐ Bukti alamat seperti bil utiliti atau perjanjian sewa</w:t>
      </w:r>
    </w:p>
    <w:p>
      <w:pPr>
        <w:pStyle w:val="ListBullet"/>
      </w:pPr>
      <w:r>
        <w:t>☐ Bukti pendapatan semasa atau surat pengesahan tiada pendapatan, jika diminta</w:t>
      </w:r>
    </w:p>
    <w:p>
      <w:pPr>
        <w:pStyle w:val="ListBullet"/>
      </w:pPr>
      <w:r>
        <w:t>☐ Bukti perbelanjaan mendesak seperti notis tunggakan, bil, penyata pinjaman atau surat sekolah</w:t>
      </w:r>
    </w:p>
    <w:p>
      <w:pPr>
        <w:pStyle w:val="ListBullet"/>
      </w:pPr>
      <w:r>
        <w:t>☐ Salinan penyata bank yang memaparkan nama dan nombor akaun, jika bantuan bayaran terus diperlukan</w:t>
      </w:r>
    </w:p>
    <w:p>
      <w:pPr>
        <w:pStyle w:val="ListBullet"/>
      </w:pPr>
      <w:r>
        <w:t>☐ Dokumen tambahan yang diminta oleh pusat khidmat</w:t>
      </w:r>
    </w:p>
    <w:p>
      <w:pPr>
        <w:pStyle w:val="Heading2"/>
      </w:pPr>
      <w:r>
        <w:t>Peringatan privasi</w:t>
      </w:r>
    </w:p>
    <w:p>
      <w:r>
        <w:t>Padam atau lindungi maklumat yang tidak diperlukan. Serahkan dokumen hanya kepada pusat khidmat yang telah disahkan, dan elakkan menghantar salinan kad pengenalan atau penyata bank melalui akaun media sosial peribadi yang tidak dapat disahkan.</w:t>
      </w:r>
    </w:p>
    <w:p>
      <w:pPr>
        <w:pStyle w:val="Heading2"/>
      </w:pPr>
      <w:r>
        <w:t>Nota penggunaan</w:t>
      </w:r>
    </w:p>
    <w:p>
      <w:r>
        <w:t>Surat ini ialah contoh umum. Bantuan ahli Parlimen atau ADUN bukan skim nasional yang mempunyai jumlah dan syarat seragam. Kelulusan, jenis bantuan dan dokumen sokongan ditentukan oleh pusat khidmat masing-masing.</w:t>
      </w:r>
    </w:p>
    <w:sectPr w:rsidR="00FC693F" w:rsidRPr="0006063C" w:rsidSect="00034616">
      <w:footerReference w:type="default" r:id="rId9"/>
      <w:pgSz w:w="12240" w:h="15840"/>
      <w:pgMar w:top="792" w:right="1296" w:bottom="792"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6"/>
      </w:rPr>
      <w:t>khidmat.leewaihong.com  |  Contoh surat - kemas kini 21 Ogos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5" w:lineRule="auto"/>
    </w:pPr>
    <w:rPr>
      <w:rFonts w:ascii="Arial" w:hAnsi="Arial"/>
      <w:color w:val="1E293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0F766E"/>
      <w:sz w:val="2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17324D"/>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0"/>
      <w:contextualSpacing/>
    </w:pPr>
    <w:rPr>
      <w:rFonts w:asciiTheme="majorHAnsi" w:eastAsiaTheme="majorEastAsia" w:hAnsiTheme="majorHAnsi" w:cstheme="majorBidi" w:ascii="Arial" w:hAnsi="Arial"/>
      <w:b/>
      <w:color w:val="17324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00"/>
    </w:pPr>
    <w:rPr>
      <w:rFonts w:asciiTheme="majorHAnsi" w:eastAsiaTheme="majorEastAsia" w:hAnsiTheme="majorHAnsi" w:cstheme="majorBidi" w:ascii="Arial" w:hAnsi="Arial"/>
      <w:b w:val="0"/>
      <w:i/>
      <w:iCs/>
      <w:color w:val="5B6573"/>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Surat Permohonan Bantuan Kecemasan</dc:title>
  <dc:subject>Contoh surat kepada Ahli Parlimen atau Ahli Dewan Negeri</dc:subject>
  <dc:creator>Lee Wai Hong</dc:creator>
  <cp:keywords/>
  <dc:description>generated by python-docx</dc:description>
  <cp:lastModifiedBy/>
  <cp:revision>1</cp:revision>
  <dcterms:created xsi:type="dcterms:W3CDTF">2013-12-23T23:15:00Z</dcterms:created>
  <dcterms:modified xsi:type="dcterms:W3CDTF">2013-12-23T23:15:00Z</dcterms:modified>
  <cp:category/>
</cp:coreProperties>
</file>